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02A43"/>
          <w:sz w:val="38"/>
        </w:rPr>
        <w:t>Abstract Template</w:t>
      </w:r>
    </w:p>
    <w:p>
      <w:pPr>
        <w:spacing w:after="160"/>
      </w:pPr>
      <w:r>
        <w:rPr>
          <w:b w:val="0"/>
          <w:i w:val="0"/>
          <w:color w:val="486581"/>
          <w:sz w:val="19"/>
        </w:rPr>
        <w:t>Complete every section below and upload this document on the conference's Abstract Submission page.</w:t>
      </w:r>
    </w:p>
    <w:p>
      <w:pPr>
        <w:spacing w:before="200" w:after="60"/>
      </w:pPr>
      <w:r>
        <w:rPr>
          <w:b/>
          <w:color w:val="102A43"/>
          <w:sz w:val="22"/>
        </w:rPr>
        <w:t>Conference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4"/>
        <w:gridCol w:w="6336"/>
      </w:tblGrid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Conference Name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[Insert Full Conference Name]</w:t>
            </w:r>
          </w:p>
        </w:tc>
      </w:tr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Conference Dates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[Insert Conference Dates]</w:t>
            </w:r>
          </w:p>
        </w:tc>
      </w:tr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Location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[Insert City, Country]</w:t>
            </w:r>
          </w:p>
        </w:tc>
      </w:tr>
    </w:tbl>
    <w:p>
      <w:pPr>
        <w:spacing w:before="200" w:after="60"/>
      </w:pPr>
      <w:r>
        <w:rPr>
          <w:b/>
          <w:color w:val="102A43"/>
          <w:sz w:val="22"/>
        </w:rPr>
        <w:t>Presentation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4"/>
        <w:gridCol w:w="6336"/>
      </w:tblGrid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Presentation Title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[Enter a concise and descriptive title]</w:t>
            </w:r>
          </w:p>
        </w:tc>
      </w:tr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Presentation Type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[Oral Presentation / Poster Presentation / Other]</w:t>
            </w:r>
          </w:p>
        </w:tc>
      </w:tr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Conference Track / Session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[Select or enter the relevant topic/track]</w:t>
            </w:r>
          </w:p>
        </w:tc>
      </w:tr>
    </w:tbl>
    <w:p>
      <w:pPr>
        <w:spacing w:before="200" w:after="60"/>
      </w:pPr>
      <w:r>
        <w:rPr>
          <w:b/>
          <w:color w:val="102A43"/>
          <w:sz w:val="22"/>
        </w:rPr>
        <w:t>Author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4"/>
        <w:gridCol w:w="6336"/>
      </w:tblGrid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Author Name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[Full Name]</w:t>
            </w:r>
          </w:p>
        </w:tc>
      </w:tr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Job Title / Position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[Current Position]</w:t>
            </w:r>
          </w:p>
        </w:tc>
      </w:tr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Affiliation / Organization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[Institution / Company / Organization]</w:t>
            </w:r>
          </w:p>
        </w:tc>
      </w:tr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Country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[Country]</w:t>
            </w:r>
          </w:p>
        </w:tc>
      </w:tr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Email Address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[Email Address]</w:t>
            </w:r>
          </w:p>
        </w:tc>
      </w:tr>
      <w:tr>
        <w:tc>
          <w:tcPr>
            <w:tcW w:type="dxa" w:w="4824"/>
          </w:tcPr>
          <w:p>
            <w:r>
              <w:rPr>
                <w:b/>
                <w:color w:val="102A43"/>
                <w:sz w:val="19"/>
              </w:rPr>
              <w:t>Co-Author(s)</w:t>
            </w:r>
          </w:p>
        </w:tc>
        <w:tc>
          <w:tcPr>
            <w:tcW w:type="dxa" w:w="4824"/>
          </w:tcPr>
          <w:p>
            <w:r>
              <w:rPr>
                <w:color w:val="829AB1"/>
                <w:sz w:val="19"/>
              </w:rPr>
              <w:t>[Full Name(s), Position(s), Affiliation(s), Email(s)]</w:t>
            </w:r>
          </w:p>
        </w:tc>
      </w:tr>
    </w:tbl>
    <w:p>
      <w:pPr>
        <w:spacing w:before="200" w:after="60"/>
      </w:pPr>
      <w:r>
        <w:rPr>
          <w:b/>
          <w:color w:val="102A43"/>
          <w:sz w:val="22"/>
        </w:rPr>
        <w:t>Abstract</w:t>
      </w:r>
      <w:r>
        <w:rPr>
          <w:i/>
          <w:color w:val="829AB1"/>
          <w:sz w:val="16"/>
        </w:rPr>
        <w:t xml:space="preserve">  — maximum 400–500 words</w:t>
      </w:r>
    </w:p>
    <w:p>
      <w:pPr>
        <w:spacing w:after="80"/>
      </w:pPr>
      <w:r>
        <w:rPr>
          <w:b w:val="0"/>
          <w:i w:val="0"/>
          <w:color w:val="486581"/>
          <w:sz w:val="19"/>
        </w:rPr>
        <w:t>Provide a clear, concise summary describing the background or purpose, methodology or approach, key findings or results, and the significance or implications of the work.</w:t>
      </w:r>
    </w:p>
    <w:p>
      <w:pPr>
        <w:spacing w:after="80"/>
      </w:pPr>
      <w:r>
        <w:rPr>
          <w:b w:val="0"/>
          <w:i w:val="0"/>
          <w:color w:val="829AB1"/>
          <w:sz w:val="17"/>
        </w:rPr>
        <w:t>Write in clear, professional English. The abstract should be self-contained and understandable without the full paper. Avoid unnecessary jargon, citations, tables, figures and references unless the organizers request them.</w:t>
      </w:r>
    </w:p>
    <w:p>
      <w:pPr>
        <w:spacing w:after="40"/>
      </w:pPr>
      <w:r>
        <w:rPr>
          <w:b w:val="0"/>
          <w:i/>
          <w:color w:val="829AB1"/>
          <w:sz w:val="19"/>
        </w:rPr>
        <w:t>[Type your abstract here]</w:t>
      </w:r>
    </w:p>
    <w:p>
      <w:pPr>
        <w:spacing w:before="200" w:after="60"/>
      </w:pPr>
      <w:r>
        <w:rPr>
          <w:b/>
          <w:color w:val="102A43"/>
          <w:sz w:val="22"/>
        </w:rPr>
        <w:t>Keywords</w:t>
      </w:r>
    </w:p>
    <w:p>
      <w:pPr>
        <w:spacing w:after="80"/>
      </w:pPr>
      <w:r>
        <w:rPr>
          <w:b w:val="0"/>
          <w:i w:val="0"/>
          <w:color w:val="486581"/>
          <w:sz w:val="19"/>
        </w:rPr>
        <w:t>Provide 3–5 relevant keywords, separated by commas.</w:t>
      </w:r>
    </w:p>
    <w:p>
      <w:pPr>
        <w:spacing w:after="80"/>
      </w:pPr>
      <w:r>
        <w:rPr>
          <w:b w:val="0"/>
          <w:i w:val="0"/>
          <w:color w:val="829AB1"/>
          <w:sz w:val="17"/>
        </w:rPr>
        <w:t>Example: Artificial Intelligence, Machine Learning, Deep Learning, Healthcare, Data Analytics</w:t>
      </w:r>
    </w:p>
    <w:p>
      <w:pPr>
        <w:spacing w:after="80"/>
      </w:pPr>
      <w:r>
        <w:rPr>
          <w:b w:val="0"/>
          <w:i/>
          <w:color w:val="829AB1"/>
          <w:sz w:val="19"/>
        </w:rPr>
        <w:t>[Type your keywords here]</w:t>
      </w:r>
    </w:p>
    <w:p>
      <w:pPr>
        <w:spacing w:before="200" w:after="60"/>
      </w:pPr>
      <w:r>
        <w:rPr>
          <w:b/>
          <w:color w:val="102A43"/>
          <w:sz w:val="22"/>
        </w:rPr>
        <w:t>Biography</w:t>
      </w:r>
      <w:r>
        <w:rPr>
          <w:i/>
          <w:color w:val="829AB1"/>
          <w:sz w:val="16"/>
        </w:rPr>
        <w:t xml:space="preserve">  — 200–250 words</w:t>
      </w:r>
    </w:p>
    <w:p>
      <w:pPr>
        <w:spacing w:after="80"/>
      </w:pPr>
      <w:r>
        <w:rPr>
          <w:b w:val="0"/>
          <w:i w:val="0"/>
          <w:color w:val="486581"/>
          <w:sz w:val="19"/>
        </w:rPr>
        <w:t>A brief professional biography covering your current position, background, research interests, expertise, major achievements and publications.</w:t>
      </w:r>
    </w:p>
    <w:p>
      <w:pPr>
        <w:spacing w:after="80"/>
      </w:pPr>
      <w:r>
        <w:rPr>
          <w:b w:val="0"/>
          <w:i/>
          <w:color w:val="829AB1"/>
          <w:sz w:val="19"/>
        </w:rPr>
        <w:t>[Type your biography here]</w:t>
      </w:r>
    </w:p>
    <w:p>
      <w:pPr>
        <w:spacing w:before="200" w:after="60"/>
      </w:pPr>
      <w:r>
        <w:rPr>
          <w:b/>
          <w:color w:val="102A43"/>
          <w:sz w:val="22"/>
        </w:rPr>
        <w:t>Professional Photograph</w:t>
      </w:r>
    </w:p>
    <w:p>
      <w:pPr>
        <w:spacing w:after="80"/>
      </w:pPr>
      <w:r>
        <w:rPr>
          <w:b w:val="0"/>
          <w:i w:val="0"/>
          <w:color w:val="486581"/>
          <w:sz w:val="19"/>
        </w:rPr>
        <w:t>Upload a recent, high-resolution professional headshot (JPG or PNG) on the submission form.</w:t>
      </w:r>
    </w:p>
    <w:p>
      <w:pPr>
        <w:spacing w:after="80"/>
      </w:pPr>
      <w:r>
        <w:rPr>
          <w:b w:val="0"/>
          <w:i w:val="0"/>
          <w:color w:val="829AB1"/>
          <w:sz w:val="17"/>
        </w:rPr>
        <w:t>It may be used on the conference website, your speaker profile, the conference programme and promotional materials.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656" w:right="1296" w:bottom="122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drawing>
        <wp:inline xmlns:a="http://schemas.openxmlformats.org/drawingml/2006/main" xmlns:pic="http://schemas.openxmlformats.org/drawingml/2006/picture">
          <wp:extent cx="868680" cy="270015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8680" cy="270015"/>
                  </a:xfrm>
                  <a:prstGeom prst="rect"/>
                </pic:spPr>
              </pic:pic>
            </a:graphicData>
          </a:graphic>
        </wp:inline>
      </w:drawing>
    </w:r>
    <w:r>
      <w:rPr>
        <w:color w:val="829AB1"/>
        <w:sz w:val="15"/>
      </w:rPr>
      <w:tab/>
      <w:tab/>
      <w:t>globexasummits.com  ·  secretary@globexasummits.com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1417320" cy="44055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40550"/>
                  </a:xfrm>
                  <a:prstGeom prst="rect"/>
                </pic:spPr>
              </pic:pic>
            </a:graphicData>
          </a:graphic>
        </wp:inline>
      </w:drawing>
    </w:r>
    <w:r>
      <w:rPr>
        <w:b/>
        <w:color w:val="829AB1"/>
        <w:sz w:val="16"/>
      </w:rPr>
      <w:tab/>
      <w:tab/>
      <w:t>ABSTRACT TEMPLATE</w:t>
    </w:r>
  </w:p>
  <w:p>
    <w:r>
      <w:pict>
        <v:shape id="GlobexaWatermark" type="#_x0000_t136" style="position:absolute;margin-left:0;margin-top:0;width:420pt;height:110pt;rotation:-30;z-index:-251658752;mso-position-horizontal:center;mso-position-horizontal-relative:margin;mso-position-vertical:center;mso-position-vertical-relative:margin" fillcolor="#dde5ed" stroked="f">
          <v:textpath style="font-family:&quot;Arial&quot;;font-weight:bold" string="GLOBEXA SUMMITS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